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0F8" w:rsidRDefault="00FB50F8" w:rsidP="00FB50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Державний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архів</w:t>
      </w:r>
      <w:proofErr w:type="spellEnd"/>
    </w:p>
    <w:p w:rsidR="00FB50F8" w:rsidRDefault="00FB50F8" w:rsidP="00FB50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Тернопільської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</w:p>
    <w:p w:rsidR="00FB50F8" w:rsidRDefault="00FB50F8" w:rsidP="00FB50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B50F8" w:rsidRDefault="00FB50F8" w:rsidP="00FB50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FB50F8">
        <w:rPr>
          <w:rFonts w:ascii="Times New Roman" w:hAnsi="Times New Roman" w:cs="Times New Roman"/>
          <w:b/>
          <w:sz w:val="28"/>
          <w:szCs w:val="28"/>
          <w:lang w:val="ru-RU"/>
        </w:rPr>
        <w:t>Кременецький</w:t>
      </w:r>
      <w:proofErr w:type="spellEnd"/>
      <w:r w:rsidRPr="00FB50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B50F8">
        <w:rPr>
          <w:rFonts w:ascii="Times New Roman" w:hAnsi="Times New Roman" w:cs="Times New Roman"/>
          <w:b/>
          <w:sz w:val="28"/>
          <w:szCs w:val="28"/>
          <w:lang w:val="ru-RU"/>
        </w:rPr>
        <w:t>повітовий</w:t>
      </w:r>
      <w:proofErr w:type="spellEnd"/>
      <w:r w:rsidRPr="00FB50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суд, </w:t>
      </w:r>
    </w:p>
    <w:p w:rsidR="00FB50F8" w:rsidRDefault="00FB50F8" w:rsidP="00FB50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B50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м. </w:t>
      </w:r>
      <w:proofErr w:type="spellStart"/>
      <w:r w:rsidRPr="00FB50F8">
        <w:rPr>
          <w:rFonts w:ascii="Times New Roman" w:hAnsi="Times New Roman" w:cs="Times New Roman"/>
          <w:b/>
          <w:sz w:val="28"/>
          <w:szCs w:val="28"/>
          <w:lang w:val="ru-RU"/>
        </w:rPr>
        <w:t>Кременець</w:t>
      </w:r>
      <w:proofErr w:type="spellEnd"/>
      <w:r w:rsidRPr="00FB50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FB50F8" w:rsidRDefault="00FB50F8" w:rsidP="00FB50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Волинської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губернії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bookmarkStart w:id="0" w:name="_GoBack"/>
      <w:bookmarkEnd w:id="0"/>
    </w:p>
    <w:p w:rsidR="00FB50F8" w:rsidRDefault="00FB50F8" w:rsidP="00FB50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FB50F8" w:rsidRDefault="00FB50F8" w:rsidP="00FB50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Фонд № 132</w:t>
      </w:r>
    </w:p>
    <w:p w:rsidR="00FB50F8" w:rsidRDefault="00FB50F8" w:rsidP="00FB50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Опис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№ 5</w:t>
      </w:r>
    </w:p>
    <w:p w:rsidR="00FB50F8" w:rsidRDefault="00FB50F8" w:rsidP="00FB50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справ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постійного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зберігання</w:t>
      </w:r>
      <w:proofErr w:type="spellEnd"/>
    </w:p>
    <w:p w:rsidR="00FB50F8" w:rsidRDefault="00FB50F8" w:rsidP="00FB50F8">
      <w:pPr>
        <w:spacing w:after="8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  <w:lang w:val="uk-UA"/>
        </w:rPr>
        <w:t>00-1864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роки</w:t>
      </w:r>
    </w:p>
    <w:tbl>
      <w:tblPr>
        <w:tblStyle w:val="aff0"/>
        <w:tblW w:w="11887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992"/>
        <w:gridCol w:w="864"/>
      </w:tblGrid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п/п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t>Заголовок</w:t>
            </w:r>
            <w:proofErr w:type="spellEnd"/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t>документа</w:t>
            </w:r>
            <w:proofErr w:type="spellEnd"/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t>Крайні</w:t>
            </w:r>
            <w:proofErr w:type="spellEnd"/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proofErr w:type="spellStart"/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t>дати</w:t>
            </w:r>
            <w:proofErr w:type="spellEnd"/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t>К-</w:t>
            </w:r>
            <w:proofErr w:type="spellStart"/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t>сть</w:t>
            </w:r>
            <w:proofErr w:type="spellEnd"/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proofErr w:type="spellStart"/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t>арку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-</w:t>
            </w:r>
            <w:proofErr w:type="spellStart"/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t>шів</w:t>
            </w:r>
            <w:proofErr w:type="spellEnd"/>
          </w:p>
        </w:tc>
        <w:tc>
          <w:tcPr>
            <w:tcW w:w="864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t>При</w:t>
            </w:r>
            <w:proofErr w:type="spellEnd"/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proofErr w:type="spellStart"/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t>мі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-</w:t>
            </w:r>
            <w:proofErr w:type="spellStart"/>
            <w:r w:rsidRPr="00FB50F8">
              <w:rPr>
                <w:rFonts w:ascii="Times New Roman" w:hAnsi="Times New Roman" w:cs="Times New Roman"/>
                <w:b/>
                <w:sz w:val="26"/>
                <w:szCs w:val="26"/>
              </w:rPr>
              <w:t>тки</w:t>
            </w:r>
            <w:proofErr w:type="spellEnd"/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Накази Волинського губернського правління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1800–1801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470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Накази Волинського губернського правління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1800–1801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441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Накази Волинського губернського правління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1801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472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Накази і пропозиції Волинського губернського правління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1802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564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Накази Волинського губернського правління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1803–1806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71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Накази Волинського губернського правління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1815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495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Накази і пропозиції Волинського губернського правління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1816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543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Накази Волинського губернського правління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1817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594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лютий 1829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лютий 1829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290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суду з кримінальних справ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1835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255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 xml:space="preserve">Протоколи суду </w:t>
            </w: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з кримінальних справ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1835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268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суду з кримінальних справ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1835–1836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340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квітень 1839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квітень 1839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453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грудень 1839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грудень 1839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297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 xml:space="preserve">Протоколи суду з </w:t>
            </w: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кримінальних справ т. 1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1839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463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суду з кримінальних справ т. 2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1839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290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суду з кримінальних справ т. 3 останній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1839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230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суду за січень 1840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січень 1840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754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суду з кримінальних справ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1840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827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січень 1840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січень 1840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169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лютий 1843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лютий 1843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171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березень 1843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березень 1843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</w:t>
            </w: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 xml:space="preserve"> за квітень 1843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квітень 1843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233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травень 1843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травень 1843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277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червень 1843 р., т. 1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червень 1843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255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червень 1843 р., т. 2 останній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червень 1843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178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липень 1843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липень 1843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310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серпень 1848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серпень 1848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193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вересень 1848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вересень 1848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259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 xml:space="preserve">Протоколи </w:t>
            </w: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засідань членів суду за жовтень 1848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жовтень 1848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209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листопад 1848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листопад 1848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255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грудень 1848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грудень 1848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234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 xml:space="preserve">Протоколи засідань членів суду за червень 1851 </w:t>
            </w: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червень 1851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150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вересень 1851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вересень 1851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101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35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жовтень 1851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жовтень 1851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97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листопад 1851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листопад 1851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145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 xml:space="preserve">Протоколи </w:t>
            </w: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засідань членів суду за грудень 1851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грудень 1851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98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грудень 1852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грудень 1852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241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суду з цивільних справ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1852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1059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липень 1856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липень 1856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243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серпень 1856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серпень 1856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223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вересень 1856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вересень 1856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269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жовтень 1856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жовтень 1856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329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 xml:space="preserve">Протоколи засідань членів суду за </w:t>
            </w: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листопад 1856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листопад 1856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233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грудень 1856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грудень 1856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241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травень 1857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травень 1857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283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червень 1857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червень 1857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244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липень 1857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липень 1857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337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серпень 1857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серпень 1857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240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вересень 1857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вересень 1857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 xml:space="preserve">Протоколи засідань членів суду за </w:t>
            </w: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жовтень 1857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жовтень 1857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253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листопад 1857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листопад 1857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232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травень 1858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травень 1858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163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54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нь членів суду за грудень 1863 -</w:t>
            </w: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 xml:space="preserve"> січень 1864 рр.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грудень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1863 </w:t>
            </w:r>
            <w:proofErr w:type="spellStart"/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січень</w:t>
            </w:r>
            <w:proofErr w:type="spellEnd"/>
            <w:r w:rsidRPr="00FB50F8">
              <w:rPr>
                <w:rFonts w:ascii="Times New Roman" w:hAnsi="Times New Roman" w:cs="Times New Roman"/>
                <w:sz w:val="26"/>
                <w:szCs w:val="26"/>
              </w:rPr>
              <w:t xml:space="preserve"> 1864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230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засідань членів суду за лютий 1863 р.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лютий 1863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231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Протоколи суду з кримінальних справ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1864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580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700F" w:rsidRPr="00FB50F8" w:rsidTr="00FB50F8">
        <w:tc>
          <w:tcPr>
            <w:tcW w:w="675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7513" w:type="dxa"/>
          </w:tcPr>
          <w:p w:rsidR="00D9700F" w:rsidRPr="00FB50F8" w:rsidRDefault="00FB50F8">
            <w:pPr>
              <w:spacing w:line="25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Рішення суду з цивільних справ</w:t>
            </w:r>
          </w:p>
        </w:tc>
        <w:tc>
          <w:tcPr>
            <w:tcW w:w="1843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1864</w:t>
            </w:r>
          </w:p>
        </w:tc>
        <w:tc>
          <w:tcPr>
            <w:tcW w:w="992" w:type="dxa"/>
          </w:tcPr>
          <w:p w:rsidR="00D9700F" w:rsidRPr="00FB50F8" w:rsidRDefault="00FB50F8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50F8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864" w:type="dxa"/>
          </w:tcPr>
          <w:p w:rsidR="00D9700F" w:rsidRPr="00FB50F8" w:rsidRDefault="00D9700F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9700F" w:rsidRPr="00FB50F8" w:rsidRDefault="00FB50F8">
      <w:pPr>
        <w:spacing w:before="280"/>
        <w:rPr>
          <w:sz w:val="28"/>
        </w:rPr>
      </w:pPr>
      <w:r w:rsidRPr="00FB50F8">
        <w:rPr>
          <w:rFonts w:ascii="Times New Roman" w:hAnsi="Times New Roman"/>
          <w:sz w:val="28"/>
        </w:rPr>
        <w:t xml:space="preserve">В </w:t>
      </w:r>
      <w:proofErr w:type="spellStart"/>
      <w:r w:rsidRPr="00FB50F8">
        <w:rPr>
          <w:rFonts w:ascii="Times New Roman" w:hAnsi="Times New Roman"/>
          <w:sz w:val="28"/>
        </w:rPr>
        <w:t>даний</w:t>
      </w:r>
      <w:proofErr w:type="spellEnd"/>
      <w:r w:rsidRPr="00FB50F8">
        <w:rPr>
          <w:rFonts w:ascii="Times New Roman" w:hAnsi="Times New Roman"/>
          <w:sz w:val="28"/>
        </w:rPr>
        <w:t xml:space="preserve"> </w:t>
      </w:r>
      <w:proofErr w:type="spellStart"/>
      <w:r w:rsidRPr="00FB50F8">
        <w:rPr>
          <w:rFonts w:ascii="Times New Roman" w:hAnsi="Times New Roman"/>
          <w:sz w:val="28"/>
        </w:rPr>
        <w:t>опис</w:t>
      </w:r>
      <w:proofErr w:type="spellEnd"/>
      <w:r w:rsidRPr="00FB50F8">
        <w:rPr>
          <w:rFonts w:ascii="Times New Roman" w:hAnsi="Times New Roman"/>
          <w:sz w:val="28"/>
        </w:rPr>
        <w:t xml:space="preserve"> </w:t>
      </w:r>
      <w:proofErr w:type="spellStart"/>
      <w:r w:rsidRPr="00FB50F8">
        <w:rPr>
          <w:rFonts w:ascii="Times New Roman" w:hAnsi="Times New Roman"/>
          <w:sz w:val="28"/>
        </w:rPr>
        <w:t>внесено</w:t>
      </w:r>
      <w:proofErr w:type="spellEnd"/>
      <w:r w:rsidRPr="00FB50F8">
        <w:rPr>
          <w:rFonts w:ascii="Times New Roman" w:hAnsi="Times New Roman"/>
          <w:sz w:val="28"/>
        </w:rPr>
        <w:t xml:space="preserve"> 57 (п'ятдесят сім) справ з № </w:t>
      </w:r>
      <w:proofErr w:type="gramStart"/>
      <w:r w:rsidRPr="00FB50F8">
        <w:rPr>
          <w:rFonts w:ascii="Times New Roman" w:hAnsi="Times New Roman"/>
          <w:sz w:val="28"/>
        </w:rPr>
        <w:t>1</w:t>
      </w:r>
      <w:proofErr w:type="gramEnd"/>
      <w:r w:rsidRPr="00FB50F8">
        <w:rPr>
          <w:rFonts w:ascii="Times New Roman" w:hAnsi="Times New Roman"/>
          <w:sz w:val="28"/>
        </w:rPr>
        <w:t xml:space="preserve"> по № 57.</w:t>
      </w:r>
      <w:r w:rsidRPr="00FB50F8">
        <w:rPr>
          <w:rFonts w:ascii="Times New Roman" w:hAnsi="Times New Roman"/>
          <w:sz w:val="28"/>
        </w:rPr>
        <w:br/>
      </w:r>
    </w:p>
    <w:sectPr w:rsidR="00D9700F" w:rsidRPr="00FB50F8" w:rsidSect="00FB50F8">
      <w:pgSz w:w="12240" w:h="15840"/>
      <w:pgMar w:top="142" w:right="864" w:bottom="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9700F"/>
    <w:rsid w:val="00FB50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4757E70-811C-45E8-97B6-2726DBCBB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155208-547B-4DC7-B363-D9A0A6956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2638</Words>
  <Characters>1504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4134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KozhiyYuriy</cp:lastModifiedBy>
  <cp:revision>2</cp:revision>
  <dcterms:created xsi:type="dcterms:W3CDTF">2013-12-23T23:15:00Z</dcterms:created>
  <dcterms:modified xsi:type="dcterms:W3CDTF">2026-09-28T12:27:00Z</dcterms:modified>
  <cp:category/>
</cp:coreProperties>
</file>